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Шаблоны проверки сметы</w:t>
      </w:r>
    </w:p>
    <w:p>
      <w:r>
        <w:t>Практические материалы Remiza Academy. Это один сборник: нужный раздел ищите по заголовку из урока. Сделайте копию DOCX и заполняйте строки «Ваш вариант». PDF содержит те же страницы для чтения; расчёты выполняйте в отдельном Excel-практикуме. Разделы с пометкой «Готовый исходник» читайте как условия задания: заполнять их не требуется. Все компании, ситуации и числа в примерах вымышлены.</w:t>
      </w:r>
    </w:p>
    <w:p>
      <w:pPr>
        <w:pStyle w:val="Heading1"/>
      </w:pPr>
      <w:r>
        <w:t>Паспорт пакета</w:t>
      </w:r>
    </w:p>
    <w:p>
      <w:r>
        <w:t>Заполните до расчёта. Имя файла и дата письма не определяют применимую версию без подтверждения.</w:t>
      </w:r>
    </w:p>
    <w:p>
      <w:pPr>
        <w:pStyle w:val="Heading2"/>
      </w:pPr>
      <w:r>
        <w:t>Предмет проверки</w:t>
      </w:r>
    </w:p>
    <w:p>
      <w:r>
        <w:t>Объект, помещение, состав работ. Что проверяете и какой результат нужен?</w:t>
      </w:r>
    </w:p>
    <w:p>
      <w:r>
        <w:t>Ваш вариант: ____________________________________________________</w:t>
      </w:r>
    </w:p>
    <w:p>
      <w:pPr>
        <w:pStyle w:val="Heading2"/>
      </w:pPr>
      <w:r>
        <w:t>Файлы и версии</w:t>
      </w:r>
    </w:p>
    <w:p>
      <w:r>
        <w:t>Имя, редакция, дата получения, роль: текущий источник или предыдущая версия.</w:t>
      </w:r>
    </w:p>
    <w:p>
      <w:r>
        <w:t>Ваш вариант: ____________________________________________________</w:t>
      </w:r>
    </w:p>
    <w:p>
      <w:pPr>
        <w:pStyle w:val="Heading2"/>
      </w:pPr>
      <w:r>
        <w:t>Контроль чтения</w:t>
      </w:r>
    </w:p>
    <w:p>
      <w:r>
        <w:t>Три контрольные строки с исходными числами и единицами. Какие поля не читаются?</w:t>
      </w:r>
    </w:p>
    <w:p>
      <w:r>
        <w:t>Ваш вариант: ____________________________________________________</w:t>
      </w:r>
    </w:p>
    <w:p>
      <w:pPr>
        <w:pStyle w:val="Heading2"/>
      </w:pPr>
      <w:r>
        <w:t>Граница проверки</w:t>
      </w:r>
    </w:p>
    <w:p>
      <w:r>
        <w:t>Какие расчёты доступны? Каких исходников нет?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Карточка замечания</w:t>
      </w:r>
    </w:p>
    <w:p>
      <w:r>
        <w:t>Одна карточка относится к одному проверяемому вопросу.</w:t>
      </w:r>
    </w:p>
    <w:p>
      <w:pPr>
        <w:pStyle w:val="Heading2"/>
      </w:pPr>
      <w:r>
        <w:t>Наблюдение</w:t>
      </w:r>
    </w:p>
    <w:p>
      <w:r>
        <w:t>Код строки, исходное значение и источник сравнения.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Проверка</w:t>
      </w:r>
    </w:p>
    <w:p>
      <w:r>
        <w:t>Формула с единицами, пересчитанный результат, разница.</w:t>
      </w:r>
    </w:p>
    <w:p>
      <w:r>
        <w:t>Ваш вариант: ____________________________________________________</w:t>
      </w:r>
    </w:p>
    <w:p>
      <w:pPr>
        <w:pStyle w:val="Heading2"/>
      </w:pPr>
      <w:r>
        <w:t>Вопрос автору</w:t>
      </w:r>
    </w:p>
    <w:p>
      <w:r>
        <w:t>Что именно уточнить и какой документ или расчёт нужен?</w:t>
      </w:r>
    </w:p>
    <w:p>
      <w:r>
        <w:t>Ваш вариант: ____________________________________________________</w:t>
      </w:r>
    </w:p>
    <w:p>
      <w:pPr>
        <w:pStyle w:val="Heading2"/>
      </w:pPr>
      <w:r>
        <w:t>Повторный контроль</w:t>
      </w:r>
    </w:p>
    <w:p>
      <w:r>
        <w:t>Ответ автора, новая версия, повторный расчёт и статус.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Письмо по результатам</w:t>
      </w:r>
    </w:p>
    <w:p>
      <w:r>
        <w:t>Короткий итог на один экран. Не приписывайте составителю намерения.</w:t>
      </w:r>
    </w:p>
    <w:p>
      <w:pPr>
        <w:pStyle w:val="Heading2"/>
      </w:pPr>
      <w:r>
        <w:t>Контекст</w:t>
      </w:r>
    </w:p>
    <w:p>
      <w:r>
        <w:t>Проверен пакет [имя/версия] по вопросам [перечень].</w:t>
      </w:r>
    </w:p>
    <w:p>
      <w:r>
        <w:t>Ваш вариант: ____________________________________________________</w:t>
      </w:r>
    </w:p>
    <w:p>
      <w:pPr>
        <w:pStyle w:val="Heading2"/>
      </w:pPr>
      <w:r>
        <w:t>Основные вопросы</w:t>
      </w:r>
    </w:p>
    <w:p>
      <w:r>
        <w:t>1. [код, факт, вопрос]. 2. [код, факт, вопрос].</w:t>
      </w:r>
    </w:p>
    <w:p>
      <w:r>
        <w:t>Ваш вариант: ____________________________________________________</w:t>
      </w:r>
    </w:p>
    <w:p>
      <w:pPr>
        <w:pStyle w:val="Heading2"/>
      </w:pPr>
      <w:r>
        <w:t>Нужные материалы</w:t>
      </w:r>
    </w:p>
    <w:p>
      <w:r>
        <w:t>Просим предоставить [конкретные файлы или пояснения] к [срок].</w:t>
      </w:r>
    </w:p>
    <w:p>
      <w:r>
        <w:t>Ваш вариант: ____________________________________________________</w:t>
      </w:r>
    </w:p>
    <w:p>
      <w:pPr>
        <w:pStyle w:val="Heading2"/>
      </w:pPr>
      <w:r>
        <w:t>Ограничения</w:t>
      </w:r>
    </w:p>
    <w:p>
      <w:r>
        <w:t>В этом пакете не подтверждены [объёмы/основания/цены].</w:t>
      </w:r>
    </w:p>
    <w:p>
      <w:r>
        <w:t>Ваш вариант: ____________________________________________________</w:t>
      </w:r>
    </w:p>
    <w:p>
      <w:r>
        <w:br w:type="page"/>
      </w:r>
    </w:p>
    <w:p>
      <w:pPr>
        <w:pStyle w:val="Heading1"/>
      </w:pPr>
      <w:r>
        <w:t>Источники и проверка ссылки</w:t>
      </w:r>
    </w:p>
    <w:p>
      <w:r>
        <w:t>Официальные отправные точки: https://fgiscs.minstroyrf.ru/ и https://minstroyrf.gov.ru/trades/tsenoobrazovanie/. Ссылка на раздел не заменяет чтение документа.</w:t>
      </w:r>
    </w:p>
    <w:p>
      <w:pPr>
        <w:pStyle w:val="Heading2"/>
      </w:pPr>
      <w:r>
        <w:t>Реквизиты</w:t>
      </w:r>
    </w:p>
    <w:p>
      <w:r>
        <w:t>Название, орган, номер, дата, редакция.</w:t>
      </w:r>
    </w:p>
    <w:p>
      <w:r>
        <w:t>Ваш вариант: ____________________________________________________</w:t>
      </w:r>
    </w:p>
    <w:p>
      <w:pPr>
        <w:pStyle w:val="Heading2"/>
      </w:pPr>
      <w:r>
        <w:t>Точная ссылка</w:t>
      </w:r>
    </w:p>
    <w:p>
      <w:r>
        <w:t>Прямая ссылка на найденный документ, дата обращения.</w:t>
      </w:r>
    </w:p>
    <w:p>
      <w:r>
        <w:t>Ваш вариант: ____________________________________________________</w:t>
      </w:r>
    </w:p>
    <w:p>
      <w:pPr>
        <w:pStyle w:val="Heading2"/>
      </w:pPr>
      <w:r>
        <w:t>Выдержка и контекст</w:t>
      </w:r>
    </w:p>
    <w:p>
      <w:r>
        <w:t>Какой фрагмент относится к проверке? Какие условия применения указаны?</w:t>
      </w:r>
    </w:p>
    <w:p>
      <w:r>
        <w:t>Ваш вариант: ____________________________________________________</w:t>
      </w:r>
    </w:p>
    <w:p>
      <w:pPr>
        <w:pStyle w:val="Heading2"/>
      </w:pPr>
      <w:r>
        <w:t>Статус</w:t>
      </w:r>
    </w:p>
    <w:p>
      <w:r>
        <w:t>Подтверждено / нужно проверить / источник не найден. Не придумывайте пункт.</w:t>
      </w:r>
    </w:p>
    <w:p>
      <w:r>
        <w:t>Ваш вариант: ____________________________________________________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172B2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2B2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2B2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