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Шаблоны первого предложения</w:t>
      </w:r>
    </w:p>
    <w:p>
      <w:r>
        <w:t>Практические материалы Remiza Academy. Это один сборник: нужный раздел ищите по заголовку из урока. Сделайте копию DOCX и заполняйте строки «Ваш вариант». PDF содержит те же страницы для чтения; расчёты выполняйте в отдельном Excel-практикуме. Разделы с пометкой «Готовый исходник» читайте как условия задания: заполнять их не требуется. Все компании, ситуации и числа в примерах вымышлены.</w:t>
      </w:r>
    </w:p>
    <w:p>
      <w:pPr>
        <w:pStyle w:val="Heading1"/>
      </w:pPr>
      <w:r>
        <w:t>Предложение на одну страницу</w:t>
      </w:r>
    </w:p>
    <w:p>
      <w:r>
        <w:t>Опишите понятный результат для конкретного клиента.</w:t>
      </w:r>
    </w:p>
    <w:p>
      <w:pPr>
        <w:pStyle w:val="Heading2"/>
      </w:pPr>
      <w:r>
        <w:t>Кому и какая задача</w:t>
      </w:r>
    </w:p>
    <w:p>
      <w:r>
        <w:t>Аудитория, рабочая ситуация, что хотите упростить.</w:t>
      </w:r>
    </w:p>
    <w:p>
      <w:r>
        <w:t>Ваш вариант: ____________________________________________________</w:t>
      </w:r>
    </w:p>
    <w:p>
      <w:pPr>
        <w:pStyle w:val="Heading2"/>
      </w:pPr>
      <w:r>
        <w:t>Что передам</w:t>
      </w:r>
    </w:p>
    <w:p>
      <w:r>
        <w:t>Файл, состав, критерии готовности. Избегайте обещаний гарантированной выгоды.</w:t>
      </w:r>
    </w:p>
    <w:p>
      <w:r>
        <w:t>Ваш вариант: ____________________________________________________</w:t>
      </w:r>
    </w:p>
    <w:p>
      <w:pPr>
        <w:pStyle w:val="Heading2"/>
      </w:pPr>
      <w:r>
        <w:t>Исходники и срок</w:t>
      </w:r>
    </w:p>
    <w:p>
      <w:r>
        <w:t>Что нужно от клиента; когда начинается срок.</w:t>
      </w:r>
    </w:p>
    <w:p>
      <w:r>
        <w:t>Ваш вариант: ____________________________________________________</w:t>
      </w:r>
    </w:p>
    <w:p>
      <w:pPr>
        <w:pStyle w:val="Heading2"/>
      </w:pPr>
      <w:r>
        <w:t>Цена и границы</w:t>
      </w:r>
    </w:p>
    <w:p>
      <w:r>
        <w:t>Цена, что входит, один раунд уточнений, что считается новой задачей.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Первое сообщение и разговор</w:t>
      </w:r>
    </w:p>
    <w:p>
      <w:r>
        <w:t>Реальная отправка необязательна. Для упражнения выберите вымышленный контакт.</w:t>
      </w:r>
    </w:p>
    <w:p>
      <w:pPr>
        <w:pStyle w:val="Heading2"/>
      </w:pPr>
      <w:r>
        <w:t>Сообщение</w:t>
      </w:r>
    </w:p>
    <w:p>
      <w:r>
        <w:t>Контекст → конкретная задача → небольшой следующий шаг → возможность отказаться.</w:t>
      </w:r>
    </w:p>
    <w:p>
      <w:r>
        <w:t>Ваш вариант: ____________________________________________________</w:t>
      </w:r>
    </w:p>
    <w:p>
      <w:pPr>
        <w:pStyle w:val="Heading2"/>
      </w:pPr>
      <w:r>
        <w:t>Если есть интерес</w:t>
      </w:r>
    </w:p>
    <w:p>
      <w:r>
        <w:t>Уточните текущую задачу и предложите короткий разговор.</w:t>
      </w:r>
    </w:p>
    <w:p>
      <w:r>
        <w:t>Ваш вариант: ____________________________________________________</w:t>
      </w:r>
    </w:p>
    <w:p>
      <w:pPr>
        <w:pStyle w:val="Heading2"/>
      </w:pPr>
      <w:r>
        <w:t>Если отказ</w:t>
      </w:r>
    </w:p>
    <w:p>
      <w:r>
        <w:t>Поблагодарите и завершите; не переносите общение в другой канал без основания.</w:t>
      </w:r>
    </w:p>
    <w:p>
      <w:r>
        <w:t>Ваш вариант: ____________________________________________________</w:t>
      </w:r>
    </w:p>
    <w:p>
      <w:pPr>
        <w:pStyle w:val="Heading2"/>
      </w:pPr>
      <w:r>
        <w:t>Пять вопросов</w:t>
      </w:r>
    </w:p>
    <w:p>
      <w:r>
        <w:t>Как сейчас решаете? Что мешает? Что нужно получить? Какие исходники? К какому сроку?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Карточки ролей</w:t>
      </w:r>
    </w:p>
    <w:p>
      <w:r>
        <w:t>Проведите сцену с ИИ или знакомым. Клиент раскрывает сведения по вопросам, а не читает весь сценарий сразу.</w:t>
      </w:r>
    </w:p>
    <w:p>
      <w:pPr>
        <w:pStyle w:val="Heading2"/>
      </w:pPr>
      <w:r>
        <w:t>Клиент</w:t>
      </w:r>
    </w:p>
    <w:p>
      <w:r>
        <w:t>Руководитель подрядчика. Есть три КП, срок до среды, сотрудник перегружен. Сомнения: кто проверит товар и что входит в цену?</w:t>
      </w:r>
    </w:p>
    <w:p>
      <w:r>
        <w:t>Ваш вариант: ____________________________________________________</w:t>
      </w:r>
    </w:p>
    <w:p>
      <w:pPr>
        <w:pStyle w:val="Heading2"/>
      </w:pPr>
      <w:r>
        <w:t>Исполнитель</w:t>
      </w:r>
    </w:p>
    <w:p>
      <w:r>
        <w:t>Услуга: один XLSX и вопросы; без выбора поставщика и технической экспертизы. Два вечера после полного пакета. Учебная цена 3700.</w:t>
      </w:r>
    </w:p>
    <w:p>
      <w:r>
        <w:t>Ваш вариант: ____________________________________________________</w:t>
      </w:r>
    </w:p>
    <w:p>
      <w:pPr>
        <w:pStyle w:val="Heading2"/>
      </w:pPr>
      <w:r>
        <w:t>Наблюдатель</w:t>
      </w:r>
    </w:p>
    <w:p>
      <w:r>
        <w:t>Проверьте: выяснены задача/исходники/срок/готовность; нет лишних обещаний; следующий шаг понятен.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Договорённости</w:t>
      </w:r>
    </w:p>
    <w:p>
      <w:r>
        <w:t>Шаблон резюме разговора. Он не утверждает факт подписания договора и не заменяет необходимое оформление.</w:t>
      </w:r>
    </w:p>
    <w:p>
      <w:pPr>
        <w:pStyle w:val="Heading2"/>
      </w:pPr>
      <w:r>
        <w:t>Подтверждаем задачу</w:t>
      </w:r>
    </w:p>
    <w:p>
      <w:r>
        <w:t>Три КП одной закупки; один XLSX и список вопросов.</w:t>
      </w:r>
    </w:p>
    <w:p>
      <w:r>
        <w:t>Ваш вариант: ____________________________________________________</w:t>
      </w:r>
    </w:p>
    <w:p>
      <w:pPr>
        <w:pStyle w:val="Heading2"/>
      </w:pPr>
      <w:r>
        <w:t>Исходники и график</w:t>
      </w:r>
    </w:p>
    <w:p>
      <w:r>
        <w:t>Полный пакет, точка отсчёта, конкретные даты.</w:t>
      </w:r>
    </w:p>
    <w:p>
      <w:r>
        <w:t>Ваш вариант: ____________________________________________________</w:t>
      </w:r>
    </w:p>
    <w:p>
      <w:pPr>
        <w:pStyle w:val="Heading2"/>
      </w:pPr>
      <w:r>
        <w:t>Цена и уточнения</w:t>
      </w:r>
    </w:p>
    <w:p>
      <w:r>
        <w:t>Учебная цена 3700, один раунд по тем же документам; реальное оформление уточнить отдельно.</w:t>
      </w:r>
    </w:p>
    <w:p>
      <w:r>
        <w:t>Ваш вариант: ____________________________________________________</w:t>
      </w:r>
    </w:p>
    <w:p>
      <w:pPr>
        <w:pStyle w:val="Heading2"/>
      </w:pPr>
      <w:r>
        <w:t>Следующий шаг</w:t>
      </w:r>
    </w:p>
    <w:p>
      <w:r>
        <w:t>Кто что передаёт, к какому сроку, как подтвердит получение.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Обратная связь и следующая попытка</w:t>
      </w:r>
    </w:p>
    <w:p>
      <w:r>
        <w:t>Не превращайте единичный ответ в прогноз дохода.</w:t>
      </w:r>
    </w:p>
    <w:p>
      <w:pPr>
        <w:pStyle w:val="Heading2"/>
      </w:pPr>
      <w:r>
        <w:t>Три вопроса</w:t>
      </w:r>
    </w:p>
    <w:p>
      <w:r>
        <w:t>Удалось ли найти сравнения? Что оказалось непонятно? Какие поля пришлось уточнять?</w:t>
      </w:r>
    </w:p>
    <w:p>
      <w:r>
        <w:t>Ваш вариант: ____________________________________________________</w:t>
      </w:r>
    </w:p>
    <w:p>
      <w:pPr>
        <w:pStyle w:val="Heading2"/>
      </w:pPr>
      <w:r>
        <w:t>Наблюдения</w:t>
      </w:r>
    </w:p>
    <w:p>
      <w:r>
        <w:t>Подходящие контакты, ответы, разговоры, предложения, причины отказов.</w:t>
      </w:r>
    </w:p>
    <w:p>
      <w:r>
        <w:t>Ваш вариант: ____________________________________________________</w:t>
      </w:r>
    </w:p>
    <w:p>
      <w:pPr>
        <w:pStyle w:val="Heading2"/>
      </w:pPr>
      <w:r>
        <w:t>Изменение на неделю</w:t>
      </w:r>
    </w:p>
    <w:p>
      <w:r>
        <w:t>Одна гипотеза, один шаг, что наблюдать и когда остановиться.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Финальная новая услуга</w:t>
      </w:r>
    </w:p>
    <w:p>
      <w:r>
        <w:t>Пять слайдов из готовых материалов клиента. Без исследования рынка и финансовой модели. План: 3 часа по 800 рублей и 300 рублей прямых затрат; условные удержания 10 процентов.</w:t>
      </w:r>
    </w:p>
    <w:p>
      <w:pPr>
        <w:pStyle w:val="Heading2"/>
      </w:pPr>
      <w:r>
        <w:t>Ваше предложение</w:t>
      </w:r>
    </w:p>
    <w:p>
      <w:r>
        <w:t>Аудитория, задача, состав пяти слайдов, исходники.</w:t>
      </w:r>
    </w:p>
    <w:p>
      <w:r>
        <w:t>Ваш вариант: ____________________________________________________</w:t>
      </w:r>
    </w:p>
    <w:p>
      <w:pPr>
        <w:pStyle w:val="Heading2"/>
      </w:pPr>
      <w:r>
        <w:t>Ваш расчёт</w:t>
      </w:r>
    </w:p>
    <w:p>
      <w:r>
        <w:t>База 2700; нижняя учебная цена 3000. Доля удержаний — допущение, не налоговая ставка.</w:t>
      </w:r>
    </w:p>
    <w:p>
      <w:r>
        <w:t>Ваш вариант: ____________________________________________________</w:t>
      </w:r>
    </w:p>
    <w:p>
      <w:pPr>
        <w:pStyle w:val="Heading2"/>
      </w:pPr>
      <w:r>
        <w:t>Ваш разговор</w:t>
      </w:r>
    </w:p>
    <w:p>
      <w:r>
        <w:t>Пять вопросов, ответ на сомнение, границы и следующий шаг.</w:t>
      </w:r>
    </w:p>
    <w:p>
      <w:r>
        <w:t>Ваш вариант: ____________________________________________________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172B29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2B2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2B2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